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6B248" w14:textId="77777777" w:rsidR="001B3A8C" w:rsidRDefault="00000000">
      <w:pPr>
        <w:pStyle w:val="Heading1"/>
      </w:pPr>
      <w:r>
        <w:t>SAMRUDDHI KANADE</w:t>
      </w:r>
    </w:p>
    <w:p w14:paraId="71F24753" w14:textId="3CDCACD4" w:rsidR="001B3A8C" w:rsidRDefault="00000000">
      <w:r>
        <w:rPr>
          <w:b/>
        </w:rPr>
        <w:t>B.</w:t>
      </w:r>
      <w:r w:rsidR="00141BFA">
        <w:rPr>
          <w:b/>
        </w:rPr>
        <w:t>E</w:t>
      </w:r>
      <w:r>
        <w:rPr>
          <w:b/>
        </w:rPr>
        <w:t xml:space="preserve"> (Direct Second Year) | Electronics &amp; Telecommunication Engineering</w:t>
      </w:r>
      <w:r>
        <w:rPr>
          <w:b/>
        </w:rPr>
        <w:br/>
      </w:r>
      <w:r>
        <w:t>Pune, Maharashtra</w:t>
      </w:r>
      <w:r>
        <w:br/>
        <w:t xml:space="preserve">Phone: +91 </w:t>
      </w:r>
      <w:r w:rsidR="00141BFA">
        <w:t>8263921822</w:t>
      </w:r>
      <w:r>
        <w:t xml:space="preserve"> | Email: </w:t>
      </w:r>
      <w:r w:rsidR="00141BFA">
        <w:t>samruddhikanade221@gmail.com</w:t>
      </w:r>
    </w:p>
    <w:p w14:paraId="76A72CD1" w14:textId="77777777" w:rsidR="001B3A8C" w:rsidRDefault="00000000">
      <w:pPr>
        <w:pStyle w:val="Heading2"/>
      </w:pPr>
      <w:r>
        <w:t>Professional Summary</w:t>
      </w:r>
    </w:p>
    <w:p w14:paraId="066F3CE6" w14:textId="3D99A0D1" w:rsidR="001B3A8C" w:rsidRDefault="00000000">
      <w:r>
        <w:t xml:space="preserve">Driven engineering student with a Diploma in Computer Engineering (90.06%) and hands-on experience in full-stack web development, problem-solving, and AI-based projects. Passionate about Software Development, Artificial </w:t>
      </w:r>
      <w:proofErr w:type="spellStart"/>
      <w:proofErr w:type="gramStart"/>
      <w:r>
        <w:t>Intelligence,</w:t>
      </w:r>
      <w:r w:rsidR="00141BFA">
        <w:t>Data</w:t>
      </w:r>
      <w:proofErr w:type="spellEnd"/>
      <w:proofErr w:type="gramEnd"/>
      <w:r w:rsidR="00141BFA">
        <w:t xml:space="preserve"> science</w:t>
      </w:r>
      <w:r>
        <w:t xml:space="preserve"> and building real-world solutions.</w:t>
      </w:r>
    </w:p>
    <w:p w14:paraId="747FF77A" w14:textId="77777777" w:rsidR="001B3A8C" w:rsidRDefault="00000000">
      <w:pPr>
        <w:pStyle w:val="Heading2"/>
      </w:pPr>
      <w:r>
        <w:t>Education</w:t>
      </w:r>
    </w:p>
    <w:p w14:paraId="6C45FECD" w14:textId="5E9EAB12" w:rsidR="001B3A8C" w:rsidRDefault="00000000">
      <w:r>
        <w:t>International Institute of Information Technology (I²IT), Pune</w:t>
      </w:r>
      <w:r>
        <w:br/>
        <w:t>B.</w:t>
      </w:r>
      <w:r w:rsidR="00141BFA">
        <w:t>E</w:t>
      </w:r>
      <w:r>
        <w:t xml:space="preserve"> – Electronics &amp; Telecommunication Engineering</w:t>
      </w:r>
    </w:p>
    <w:p w14:paraId="544CE580" w14:textId="77777777" w:rsidR="001B3A8C" w:rsidRDefault="00000000">
      <w:r>
        <w:t>Amrutvahini Polytechnic, Sangamner</w:t>
      </w:r>
      <w:r>
        <w:br/>
        <w:t>Diploma in Computer Engineering – 90.06%</w:t>
      </w:r>
    </w:p>
    <w:p w14:paraId="250D300D" w14:textId="77777777" w:rsidR="001B3A8C" w:rsidRDefault="00000000">
      <w:pPr>
        <w:pStyle w:val="Heading2"/>
      </w:pPr>
      <w:r>
        <w:t>Technical Skills</w:t>
      </w:r>
    </w:p>
    <w:p w14:paraId="05F92051" w14:textId="77777777" w:rsidR="001B3A8C" w:rsidRDefault="00000000">
      <w:pPr>
        <w:pStyle w:val="ListBullet"/>
      </w:pPr>
      <w:r>
        <w:t>Languages: C, C++, Java, PHP, JavaScript, SQL</w:t>
      </w:r>
    </w:p>
    <w:p w14:paraId="415982BE" w14:textId="77777777" w:rsidR="001B3A8C" w:rsidRDefault="00000000">
      <w:pPr>
        <w:pStyle w:val="ListBullet"/>
      </w:pPr>
      <w:r>
        <w:t>Web: HTML, CSS, Bootstrap, PHP, MySQL</w:t>
      </w:r>
    </w:p>
    <w:p w14:paraId="21F97929" w14:textId="77777777" w:rsidR="001B3A8C" w:rsidRDefault="00000000">
      <w:pPr>
        <w:pStyle w:val="ListBullet"/>
      </w:pPr>
      <w:r>
        <w:t>Core: DSA, OOP, DBMS, Computer Networks, Operating Systems</w:t>
      </w:r>
    </w:p>
    <w:p w14:paraId="7AA9CDF7" w14:textId="77777777" w:rsidR="001B3A8C" w:rsidRDefault="00000000">
      <w:pPr>
        <w:pStyle w:val="ListBullet"/>
      </w:pPr>
      <w:r>
        <w:t>Tools: Git, GitHub, VS Code, XAMPP</w:t>
      </w:r>
    </w:p>
    <w:p w14:paraId="5F4F8626" w14:textId="77777777" w:rsidR="001B3A8C" w:rsidRDefault="00000000">
      <w:pPr>
        <w:pStyle w:val="Heading2"/>
      </w:pPr>
      <w:r>
        <w:t>Experience</w:t>
      </w:r>
    </w:p>
    <w:p w14:paraId="08DA3EBE" w14:textId="77777777" w:rsidR="001B3A8C" w:rsidRDefault="00000000">
      <w:r>
        <w:t>Full Stack Developer Intern – Sumago Infotech Pvt. Ltd.</w:t>
      </w:r>
    </w:p>
    <w:p w14:paraId="37A5B7D2" w14:textId="77777777" w:rsidR="001B3A8C" w:rsidRDefault="00000000">
      <w:pPr>
        <w:pStyle w:val="ListBullet"/>
      </w:pPr>
      <w:r>
        <w:t>Built responsive web applications using PHP, MySQL, HTML, CSS, Bootstrap, and JavaScript.</w:t>
      </w:r>
    </w:p>
    <w:p w14:paraId="6B89C0FD" w14:textId="77777777" w:rsidR="001B3A8C" w:rsidRDefault="00000000">
      <w:pPr>
        <w:pStyle w:val="ListBullet"/>
      </w:pPr>
      <w:r>
        <w:t>Developed backend modules with database connectivity.</w:t>
      </w:r>
    </w:p>
    <w:p w14:paraId="1EBD919D" w14:textId="77777777" w:rsidR="001B3A8C" w:rsidRDefault="00000000">
      <w:pPr>
        <w:pStyle w:val="ListBullet"/>
      </w:pPr>
      <w:r>
        <w:t>Collaborated on real-world development projects.</w:t>
      </w:r>
    </w:p>
    <w:p w14:paraId="6987F67F" w14:textId="77777777" w:rsidR="001B3A8C" w:rsidRDefault="00000000">
      <w:pPr>
        <w:pStyle w:val="Heading2"/>
      </w:pPr>
      <w:r>
        <w:t>Projects</w:t>
      </w:r>
    </w:p>
    <w:p w14:paraId="20084466" w14:textId="77777777" w:rsidR="001B3A8C" w:rsidRDefault="00000000">
      <w:r>
        <w:t>Crop Yield Prediction &amp; Farmer Assistance System</w:t>
      </w:r>
    </w:p>
    <w:p w14:paraId="7834C3DC" w14:textId="77777777" w:rsidR="001B3A8C" w:rsidRDefault="00000000">
      <w:pPr>
        <w:pStyle w:val="ListBullet"/>
      </w:pPr>
      <w:r>
        <w:t>AI-based crop prediction using soil parameters.</w:t>
      </w:r>
    </w:p>
    <w:p w14:paraId="1B4AC1B7" w14:textId="77777777" w:rsidR="001B3A8C" w:rsidRDefault="00000000">
      <w:pPr>
        <w:pStyle w:val="ListBullet"/>
      </w:pPr>
      <w:r>
        <w:t>Farmer chatbot and tomato leaf disease detection.</w:t>
      </w:r>
    </w:p>
    <w:p w14:paraId="1DF64773" w14:textId="2C294496" w:rsidR="001B3A8C" w:rsidRDefault="00000000">
      <w:r>
        <w:t xml:space="preserve">Streets of Tomorrow – AI Climate Impact </w:t>
      </w:r>
      <w:proofErr w:type="gramStart"/>
      <w:r>
        <w:t>Simulator</w:t>
      </w:r>
      <w:r w:rsidR="00141BFA">
        <w:t>(</w:t>
      </w:r>
      <w:proofErr w:type="gramEnd"/>
      <w:r w:rsidR="00141BFA">
        <w:t>currently prototype)</w:t>
      </w:r>
    </w:p>
    <w:p w14:paraId="0C1FC293" w14:textId="77777777" w:rsidR="001B3A8C" w:rsidRDefault="00000000">
      <w:pPr>
        <w:pStyle w:val="ListBullet"/>
      </w:pPr>
      <w:r>
        <w:t>Climate visualization with flood risk, AQI, and temperature predictions.</w:t>
      </w:r>
    </w:p>
    <w:p w14:paraId="59F86D60" w14:textId="77777777" w:rsidR="001B3A8C" w:rsidRDefault="00000000">
      <w:pPr>
        <w:pStyle w:val="Heading2"/>
      </w:pPr>
      <w:r>
        <w:lastRenderedPageBreak/>
        <w:t>Achievements</w:t>
      </w:r>
    </w:p>
    <w:p w14:paraId="610821CB" w14:textId="266FF156" w:rsidR="001B3A8C" w:rsidRDefault="00000000" w:rsidP="00141BFA">
      <w:pPr>
        <w:pStyle w:val="ListBullet"/>
      </w:pPr>
      <w:r>
        <w:t>Department Best Student Award</w:t>
      </w:r>
    </w:p>
    <w:p w14:paraId="030662DE" w14:textId="77777777" w:rsidR="001B3A8C" w:rsidRDefault="00000000">
      <w:pPr>
        <w:pStyle w:val="ListBullet"/>
      </w:pPr>
      <w:r>
        <w:t>Completed Full Stack Development Internship</w:t>
      </w:r>
    </w:p>
    <w:p w14:paraId="270B8730" w14:textId="77777777" w:rsidR="001B3A8C" w:rsidRDefault="00000000">
      <w:pPr>
        <w:pStyle w:val="ListBullet"/>
      </w:pPr>
      <w:r>
        <w:t>Diploma completed with 90.06%</w:t>
      </w:r>
    </w:p>
    <w:p w14:paraId="004DFA2F" w14:textId="77777777" w:rsidR="001B3A8C" w:rsidRDefault="00000000">
      <w:pPr>
        <w:pStyle w:val="Heading2"/>
      </w:pPr>
      <w:r>
        <w:t>Coding</w:t>
      </w:r>
    </w:p>
    <w:p w14:paraId="4A839AF7" w14:textId="77777777" w:rsidR="001B3A8C" w:rsidRDefault="00000000">
      <w:pPr>
        <w:pStyle w:val="ListBullet"/>
      </w:pPr>
      <w:r>
        <w:t>Practicing Data Structures &amp; Algorithms: Arrays, Strings, Linked Lists, Stacks, Queues, Trees, BST, DFS, BFS, Sorting, Searching.</w:t>
      </w:r>
    </w:p>
    <w:p w14:paraId="35DCD0EC" w14:textId="77777777" w:rsidR="001B3A8C" w:rsidRDefault="00000000">
      <w:pPr>
        <w:pStyle w:val="Heading2"/>
      </w:pPr>
      <w:r>
        <w:t>Areas of Interest</w:t>
      </w:r>
    </w:p>
    <w:p w14:paraId="0BA80573" w14:textId="77777777" w:rsidR="00141BFA" w:rsidRDefault="00141BFA" w:rsidP="00141BFA">
      <w:pPr>
        <w:pStyle w:val="ListParagraph"/>
        <w:numPr>
          <w:ilvl w:val="0"/>
          <w:numId w:val="11"/>
        </w:numPr>
      </w:pPr>
      <w:r>
        <w:t>Data science</w:t>
      </w:r>
      <w:r>
        <w:t xml:space="preserve"> </w:t>
      </w:r>
    </w:p>
    <w:p w14:paraId="1AB4FFF1" w14:textId="77777777" w:rsidR="00141BFA" w:rsidRDefault="00000000" w:rsidP="00141BFA">
      <w:pPr>
        <w:pStyle w:val="ListParagraph"/>
        <w:numPr>
          <w:ilvl w:val="0"/>
          <w:numId w:val="11"/>
        </w:numPr>
      </w:pPr>
      <w:r>
        <w:t>A</w:t>
      </w:r>
      <w:r w:rsidR="00141BFA">
        <w:t>I/ML</w:t>
      </w:r>
    </w:p>
    <w:p w14:paraId="224F9232" w14:textId="77777777" w:rsidR="00141BFA" w:rsidRDefault="00000000" w:rsidP="00141BFA">
      <w:pPr>
        <w:pStyle w:val="ListParagraph"/>
        <w:numPr>
          <w:ilvl w:val="0"/>
          <w:numId w:val="11"/>
        </w:numPr>
      </w:pPr>
      <w:r>
        <w:t xml:space="preserve">Software Development </w:t>
      </w:r>
    </w:p>
    <w:p w14:paraId="7347B1C4" w14:textId="262987E8" w:rsidR="001B3A8C" w:rsidRDefault="00000000" w:rsidP="00141BFA">
      <w:pPr>
        <w:pStyle w:val="ListParagraph"/>
        <w:numPr>
          <w:ilvl w:val="0"/>
          <w:numId w:val="11"/>
        </w:numPr>
      </w:pPr>
      <w:r>
        <w:t xml:space="preserve"> Full Stack Development</w:t>
      </w:r>
    </w:p>
    <w:p w14:paraId="325DC987" w14:textId="0974541A" w:rsidR="00141BFA" w:rsidRDefault="00141BFA"/>
    <w:sectPr w:rsidR="00141BF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BF045FF"/>
    <w:multiLevelType w:val="hybridMultilevel"/>
    <w:tmpl w:val="26C0114E"/>
    <w:lvl w:ilvl="0" w:tplc="40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72E74DA8"/>
    <w:multiLevelType w:val="hybridMultilevel"/>
    <w:tmpl w:val="B31E07B6"/>
    <w:lvl w:ilvl="0" w:tplc="40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813982277">
    <w:abstractNumId w:val="8"/>
  </w:num>
  <w:num w:numId="2" w16cid:durableId="119498496">
    <w:abstractNumId w:val="6"/>
  </w:num>
  <w:num w:numId="3" w16cid:durableId="299457924">
    <w:abstractNumId w:val="5"/>
  </w:num>
  <w:num w:numId="4" w16cid:durableId="306979515">
    <w:abstractNumId w:val="4"/>
  </w:num>
  <w:num w:numId="5" w16cid:durableId="1450130124">
    <w:abstractNumId w:val="7"/>
  </w:num>
  <w:num w:numId="6" w16cid:durableId="1614942653">
    <w:abstractNumId w:val="3"/>
  </w:num>
  <w:num w:numId="7" w16cid:durableId="956301594">
    <w:abstractNumId w:val="2"/>
  </w:num>
  <w:num w:numId="8" w16cid:durableId="499127070">
    <w:abstractNumId w:val="1"/>
  </w:num>
  <w:num w:numId="9" w16cid:durableId="2104914136">
    <w:abstractNumId w:val="0"/>
  </w:num>
  <w:num w:numId="10" w16cid:durableId="556546714">
    <w:abstractNumId w:val="9"/>
  </w:num>
  <w:num w:numId="11" w16cid:durableId="16314737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41BFA"/>
    <w:rsid w:val="0015074B"/>
    <w:rsid w:val="001B3A8C"/>
    <w:rsid w:val="0029639D"/>
    <w:rsid w:val="00326F90"/>
    <w:rsid w:val="00A018BF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88BFC3A"/>
  <w14:defaultImageDpi w14:val="300"/>
  <w15:docId w15:val="{969A1A5A-0EA5-425D-8C3F-990EE24B1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Samruddhi Kanade</cp:lastModifiedBy>
  <cp:revision>2</cp:revision>
  <dcterms:created xsi:type="dcterms:W3CDTF">2013-12-23T23:15:00Z</dcterms:created>
  <dcterms:modified xsi:type="dcterms:W3CDTF">2026-08-05T14:01:00Z</dcterms:modified>
  <cp:category/>
</cp:coreProperties>
</file>